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4"/>
        </w:rPr>
        <w:t>ISTITUTO COMPRENSIVO “FOSCOLO GABELLI”</w:t>
      </w:r>
    </w:p>
    <w:p>
      <w:pPr>
        <w:spacing w:after="20"/>
        <w:jc w:val="center"/>
      </w:pPr>
      <w:r>
        <w:rPr>
          <w:rFonts w:ascii="Arial" w:hAnsi="Arial"/>
          <w:b w:val="0"/>
          <w:sz w:val="18"/>
        </w:rPr>
        <w:t>Via Carlo Baffi n. 2/4 – 71121 Foggia (FG)</w:t>
      </w:r>
    </w:p>
    <w:p>
      <w:pPr>
        <w:spacing w:after="20"/>
        <w:jc w:val="center"/>
      </w:pPr>
      <w:r>
        <w:rPr>
          <w:rFonts w:ascii="Arial" w:hAnsi="Arial"/>
          <w:b w:val="0"/>
          <w:sz w:val="18"/>
        </w:rPr>
        <w:t>C.M. FGIC86100G – C.F. 80030630711</w:t>
      </w:r>
    </w:p>
    <w:p>
      <w:pPr>
        <w:spacing w:after="20"/>
        <w:jc w:val="center"/>
      </w:pPr>
      <w:r>
        <w:rPr>
          <w:rFonts w:ascii="Arial" w:hAnsi="Arial"/>
          <w:b w:val="0"/>
          <w:sz w:val="18"/>
        </w:rPr>
        <w:t>PEC: fgic86100g@pec.istruzione.it – E-mail: fgic86100g@istruzione.it</w:t>
      </w:r>
    </w:p>
    <w:p/>
    <w:p>
      <w:pPr>
        <w:spacing w:after="20"/>
        <w:jc w:val="center"/>
      </w:pPr>
      <w:r>
        <w:rPr>
          <w:rFonts w:ascii="Arial" w:hAnsi="Arial"/>
          <w:b/>
          <w:sz w:val="24"/>
        </w:rPr>
        <w:t>ALLEGATI ALL’AVVISO PUBBLICO DI MANIFESTAZIONE DI INTERESSE</w:t>
      </w:r>
    </w:p>
    <w:p>
      <w:pPr>
        <w:spacing w:after="20"/>
        <w:jc w:val="center"/>
      </w:pPr>
      <w:r>
        <w:rPr>
          <w:rFonts w:ascii="Arial" w:hAnsi="Arial"/>
          <w:b/>
          <w:sz w:val="20"/>
        </w:rPr>
        <w:t>Concessione del servizio di installazione, gestione, rifornimento e manutenzione di n. 7 distributori automatici</w:t>
      </w:r>
    </w:p>
    <w:p>
      <w:pPr>
        <w:spacing w:after="20"/>
        <w:jc w:val="center"/>
      </w:pPr>
      <w:r>
        <w:rPr>
          <w:rFonts w:ascii="Arial" w:hAnsi="Arial"/>
          <w:b w:val="0"/>
          <w:sz w:val="18"/>
        </w:rPr>
        <w:t>Durata indicata nell’Avviso: 60 mesi – Valore stimato: € 100.000,00 al netto dell’IVA</w:t>
      </w:r>
    </w:p>
    <w:p>
      <w:r>
        <w:t>I modelli devono essere compilati in ogni parte pertinente e sottoscritti dal legale rappresentante o da soggetto munito di idonei poteri. Le dichiarazioni sono rese ai sensi degli artt. 46 e 47 del D.P.R. 445/2000, ove applicabili.</w:t>
      </w:r>
    </w:p>
    <w:p>
      <w:r>
        <w:br w:type="page"/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ALLEGATO A</w:t>
      </w:r>
    </w:p>
    <w:p>
      <w:pPr>
        <w:spacing w:after="20"/>
        <w:jc w:val="center"/>
      </w:pPr>
      <w:r>
        <w:rPr>
          <w:rFonts w:ascii="Arial" w:hAnsi="Arial"/>
          <w:b/>
          <w:sz w:val="24"/>
        </w:rPr>
        <w:t>DOMANDA DI MANIFESTAZIONE DI INTERESSE E DICHIARAZIONI</w:t>
      </w:r>
    </w:p>
    <w:p>
      <w:r>
        <w:rPr>
          <w:b/>
        </w:rPr>
        <w:t>All’Istituto Comprensivo “Foscolo Gabelli”</w:t>
        <w:br/>
      </w:r>
      <w:r>
        <w:t>Via Carlo Baffi n. 2/4 – 71121 Foggia (FG)</w:t>
        <w:br/>
        <w:t>PEC: fgic86100g@pec.istruzione.it</w:t>
      </w:r>
    </w:p>
    <w:p>
      <w:r>
        <w:rPr>
          <w:b/>
        </w:rPr>
        <w:t xml:space="preserve">OGGETTO: </w:t>
      </w:r>
      <w:r>
        <w:t>Manifestazione di interesse per l’individuazione degli operatori economici da invitare alla procedura negoziata per l’affidamento in concessione del servizio di installazione, gestione, rifornimento e manutenzione di n. 7 distributori automatici presso le sedi dell’Istituto – durata 60 mesi.</w:t>
      </w:r>
    </w:p>
    <w:p>
      <w:pPr>
        <w:pStyle w:val="Heading2"/>
      </w:pPr>
      <w:r>
        <w:t>1. DATI DELL’OPERATORE ECONOMICO</w:t>
      </w:r>
    </w:p>
    <w:p>
      <w:pPr>
        <w:spacing w:after="60"/>
      </w:pPr>
      <w:r>
        <w:rPr>
          <w:b/>
        </w:rPr>
        <w:t xml:space="preserve">Il/La sottoscritto/a (nome e cognome):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Nato/a a:                                      il: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Codice fiscale del sottoscrittore: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In qualità di (legale rappresentante/procuratore/altro):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Denominazione o ragione sociale: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Forma giuridica: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Sede legale (Comune, indirizzo, CAP):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Codice fiscale dell’operatore economico: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Partita IVA: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CCIAA di:                                  n. REA: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PEC per le comunicazioni: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E-mail:                                      Telefono: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Referente della procedura: </w:t>
      </w:r>
      <w:r>
        <w:t>_________________________________________________________________</w:t>
      </w:r>
    </w:p>
    <w:p>
      <w:pPr>
        <w:pStyle w:val="Heading2"/>
      </w:pPr>
      <w:r>
        <w:t>2. MANIFESTAZIONE DI INTERESSE</w:t>
      </w:r>
    </w:p>
    <w:p>
      <w:r>
        <w:t>Il/La sottoscritto/a MANIFESTA l’interesse dell’operatore economico rappresentato a essere invitato alla successiva procedura negoziata per l’affidamento in concessione del servizio in oggetto.</w:t>
      </w:r>
    </w:p>
    <w:p>
      <w:r>
        <w:t>Consapevole delle responsabilità e delle sanzioni penali previste dall’art. 76 del D.P.R. 445/2000 in caso di dichiarazioni mendaci,</w:t>
      </w:r>
    </w:p>
    <w:p>
      <w:pPr>
        <w:pStyle w:val="Heading2"/>
      </w:pPr>
      <w:r>
        <w:t>3. DICHIARAZIONI</w:t>
      </w:r>
    </w:p>
    <w:p>
      <w:pPr>
        <w:spacing w:after="60"/>
      </w:pPr>
      <w:r>
        <w:rPr>
          <w:b/>
        </w:rPr>
        <w:t xml:space="preserve">1. </w:t>
      </w:r>
      <w:r>
        <w:t>di avere letto e accettare le condizioni dell’Avviso di manifestazione di interesse;</w:t>
      </w:r>
    </w:p>
    <w:p>
      <w:pPr>
        <w:spacing w:after="60"/>
      </w:pPr>
      <w:r>
        <w:rPr>
          <w:b/>
        </w:rPr>
        <w:t xml:space="preserve">2. </w:t>
      </w:r>
      <w:r>
        <w:t>che l’operatore economico è iscritto al Registro delle Imprese presso la Camera di Commercio competente per attività coerenti con l’oggetto della concessione, oppure possiede titolo equivalente secondo la normativa applicabile;</w:t>
      </w:r>
    </w:p>
    <w:p>
      <w:pPr>
        <w:spacing w:after="60"/>
      </w:pPr>
      <w:r>
        <w:rPr>
          <w:b/>
        </w:rPr>
        <w:t xml:space="preserve">3. </w:t>
      </w:r>
      <w:r>
        <w:t>di essere in possesso dei requisiti di idoneità professionale richiesti dall’Avviso;</w:t>
      </w:r>
    </w:p>
    <w:p>
      <w:pPr>
        <w:spacing w:after="60"/>
      </w:pPr>
      <w:r>
        <w:rPr>
          <w:b/>
        </w:rPr>
        <w:t xml:space="preserve">4. </w:t>
      </w:r>
      <w:r>
        <w:t>di non trovarsi nelle cause di esclusione previste dagli artt. 94 e 95 del D.Lgs. 36/2023, per quanto dichiarabile in questa fase, e di impegnarsi a comunicare tempestivamente eventuali variazioni rilevanti;</w:t>
      </w:r>
    </w:p>
    <w:p>
      <w:pPr>
        <w:spacing w:after="60"/>
      </w:pPr>
      <w:r>
        <w:rPr>
          <w:b/>
        </w:rPr>
        <w:t xml:space="preserve">5. </w:t>
      </w:r>
      <w:r>
        <w:t>di possedere le autorizzazioni e i requisiti previsti dalla normativa in materia di commercializzazione e distribuzione di alimenti e bevande, sicurezza alimentare e requisiti igienico-sanitari;</w:t>
      </w:r>
    </w:p>
    <w:p>
      <w:pPr>
        <w:spacing w:after="60"/>
      </w:pPr>
      <w:r>
        <w:rPr>
          <w:b/>
        </w:rPr>
        <w:t xml:space="preserve">6. </w:t>
      </w:r>
      <w:r>
        <w:t>di possedere adeguata capacità tecnico-professionale e di avere svolto nel triennio precedente servizi analoghi, indicati nell’Allegato B;</w:t>
      </w:r>
    </w:p>
    <w:p>
      <w:pPr>
        <w:spacing w:after="60"/>
      </w:pPr>
      <w:r>
        <w:rPr>
          <w:b/>
        </w:rPr>
        <w:t xml:space="preserve">7. </w:t>
      </w:r>
      <w:r/>
      <w:r>
        <w:t xml:space="preserve"> di essere, alla data di presentazione della manifestazione di interesse, abilitato sulla piattaforma di approvvigionamento digitale utilizzata dall’Istituto alle categorie merceologiche CPV 42933000-5 – Distributori e CPV 42933300-8 – Distributori automatici di prodotti, secondo quanto richiesto dall’Avviso, e di impegnarsi a mantenere tale abilitazione per tutta la durata della procedura;</w:t>
      </w:r>
    </w:p>
    <w:p>
      <w:pPr>
        <w:spacing w:after="60"/>
      </w:pPr>
      <w:r>
        <w:rPr>
          <w:b/>
        </w:rPr>
        <w:t xml:space="preserve">8. </w:t>
      </w:r>
      <w:r>
        <w:t>di impegnarsi a mantenere i requisiti e le abilitazioni richiesti per tutta la procedura di affidamento;</w:t>
      </w:r>
    </w:p>
    <w:p>
      <w:pPr>
        <w:spacing w:after="60"/>
      </w:pPr>
      <w:r>
        <w:rPr>
          <w:b/>
        </w:rPr>
        <w:t xml:space="preserve">9. </w:t>
      </w:r>
      <w:r>
        <w:t>di essere consapevole che la manifestazione di interesse non costituisce offerta tecnica o economica, non attribuisce punteggi e non garantisce l’invito né l’affidamento;</w:t>
      </w:r>
    </w:p>
    <w:p>
      <w:pPr>
        <w:spacing w:after="60"/>
      </w:pPr>
      <w:r>
        <w:rPr>
          <w:b/>
        </w:rPr>
        <w:t xml:space="preserve">10. </w:t>
      </w:r>
      <w:r>
        <w:t>di essere consapevole che il servizio è affidato in concessione e che il concessionario assume il rischio operativo, senza garanzia di un numero minimo di utenti, consumazioni o fatturato da parte dell’Istituto;</w:t>
      </w:r>
    </w:p>
    <w:p>
      <w:pPr>
        <w:spacing w:after="60"/>
      </w:pPr>
      <w:r>
        <w:rPr>
          <w:b/>
        </w:rPr>
        <w:t xml:space="preserve">11. </w:t>
      </w:r>
      <w:r>
        <w:t>di autorizzare il trattamento dei dati personali forniti per le finalità connesse all’indagine di mercato e alla successiva procedura, nel rispetto del Regolamento (UE) 2016/679 e della normativa nazionale;</w:t>
      </w:r>
    </w:p>
    <w:p>
      <w:pPr>
        <w:spacing w:after="60"/>
      </w:pPr>
      <w:r>
        <w:rPr>
          <w:b/>
        </w:rPr>
        <w:t xml:space="preserve">12. </w:t>
      </w:r>
      <w:r>
        <w:t>di indicare la PEC sopra riportata quale recapito per le comunicazioni relative alla presente indagine, nei limiti consentiti dalla normativa.</w:t>
      </w:r>
    </w:p>
    <w:p>
      <w:pPr>
        <w:pStyle w:val="Heading2"/>
      </w:pPr>
      <w:r>
        <w:t>4. FORMA DI PARTECIPAZIONE</w:t>
      </w:r>
    </w:p>
    <w:p>
      <w:pPr>
        <w:spacing w:after="40"/>
      </w:pPr>
      <w:r>
        <w:t>☐  L’operatore economico partecipa in forma singola.</w:t>
      </w:r>
    </w:p>
    <w:p>
      <w:pPr>
        <w:spacing w:after="40"/>
      </w:pPr>
      <w:r>
        <w:t>☐  L’operatore economico intende partecipare in forma associata (specificare forma e componenti):</w:t>
      </w:r>
    </w:p>
    <w:p>
      <w:pPr>
        <w:spacing w:after="60"/>
      </w:pPr>
      <w:r>
        <w:rPr>
          <w:b/>
        </w:rPr>
        <w:t xml:space="preserve">Forma di partecipazione e operatori coinvolti: </w:t>
      </w:r>
      <w:r>
        <w:t>_________________________________________________________________</w:t>
      </w:r>
    </w:p>
    <w:p>
      <w:pPr>
        <w:pStyle w:val="Heading2"/>
      </w:pPr>
      <w:r>
        <w:t>5. DOCUMENTI ALLEGATI</w:t>
      </w:r>
    </w:p>
    <w:p>
      <w:pPr>
        <w:spacing w:after="40"/>
      </w:pPr>
      <w:r>
        <w:t>☐  Allegato B – Elenco dei servizi analoghi svolti nel triennio precedente;</w:t>
      </w:r>
    </w:p>
    <w:p>
      <w:pPr>
        <w:spacing w:after="40"/>
      </w:pPr>
      <w:r>
        <w:t>☐  documento di identità del sottoscrittore, ove necessario;</w:t>
      </w:r>
    </w:p>
    <w:p>
      <w:pPr>
        <w:spacing w:after="40"/>
      </w:pPr>
      <w:r>
        <w:t>☐  eventuale procura o documentazione comprovante i poteri di firma;</w:t>
      </w:r>
    </w:p>
    <w:p>
      <w:pPr>
        <w:spacing w:after="40"/>
      </w:pPr>
      <w:r>
        <w:t>☐  eventuale documentazione integrativa relativa ai servizi analoghi o ai requisiti dichiarati.</w:t>
      </w:r>
    </w:p>
    <w:p>
      <w:pPr>
        <w:spacing w:after="60"/>
      </w:pPr>
      <w:r>
        <w:rPr>
          <w:b/>
        </w:rPr>
        <w:t xml:space="preserve">Luogo e data: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Nome e cognome del sottoscrittore: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Qualifica: </w:t>
      </w:r>
      <w:r>
        <w:t>_________________________________________________________________</w:t>
      </w:r>
    </w:p>
    <w:p>
      <w:r>
        <w:rPr>
          <w:b/>
        </w:rPr>
        <w:t xml:space="preserve">Firma digitale del sottoscrittore: </w:t>
      </w:r>
      <w:r>
        <w:t>__________________________________</w:t>
      </w:r>
    </w:p>
    <w:p>
      <w:r>
        <w:t>In questa fase non deve essere presentata alcuna offerta tecnica o economica.</w:t>
      </w:r>
    </w:p>
    <w:p>
      <w:r>
        <w:br w:type="page"/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ALLEGATO B</w:t>
      </w:r>
    </w:p>
    <w:p>
      <w:pPr>
        <w:spacing w:after="20"/>
        <w:jc w:val="center"/>
      </w:pPr>
      <w:r>
        <w:rPr>
          <w:rFonts w:ascii="Arial" w:hAnsi="Arial"/>
          <w:b/>
          <w:sz w:val="24"/>
        </w:rPr>
        <w:t>DICHIARAZIONE / ELENCO DEI SERVIZI ANALOGHI</w:t>
      </w:r>
    </w:p>
    <w:p>
      <w:r>
        <w:rPr>
          <w:b/>
        </w:rPr>
        <w:t xml:space="preserve">Operatore economico: </w:t>
      </w:r>
      <w:r>
        <w:t>______________________________________________________________________</w:t>
      </w:r>
    </w:p>
    <w:p>
      <w:r>
        <w:rPr>
          <w:b/>
        </w:rPr>
        <w:t xml:space="preserve">Oggetto: </w:t>
      </w:r>
      <w:r>
        <w:t>Manifestazione di interesse per la concessione del servizio di installazione, gestione, rifornimento e manutenzione di n. 7 distributori automatici presso l’I.C. “Foscolo Gabelli” di Foggia.</w:t>
      </w:r>
    </w:p>
    <w:p>
      <w:r>
        <w:t>Il/La sottoscritto/a dichiara che l’operatore economico ha svolto nel triennio precedente la pubblicazione dell’Avviso i seguenti servizi analoghi. Indicare esperienze effettivamente svolte e dati verificabili.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c>
          <w:tcPr>
            <w:tcW w:type="dxa" w:w="2017"/>
            <w:shd w:fill="D9EAF7"/>
          </w:tcPr>
          <w:p>
            <w:r>
              <w:rPr>
                <w:b/>
                <w:sz w:val="16"/>
              </w:rPr>
              <w:t>Committente e recapito</w:t>
            </w:r>
          </w:p>
        </w:tc>
        <w:tc>
          <w:tcPr>
            <w:tcW w:type="dxa" w:w="2017"/>
            <w:shd w:fill="D9EAF7"/>
          </w:tcPr>
          <w:p>
            <w:r>
              <w:rPr>
                <w:b/>
                <w:sz w:val="16"/>
              </w:rPr>
              <w:t>Oggetto del servizio</w:t>
            </w:r>
          </w:p>
        </w:tc>
        <w:tc>
          <w:tcPr>
            <w:tcW w:type="dxa" w:w="2017"/>
            <w:shd w:fill="D9EAF7"/>
          </w:tcPr>
          <w:p>
            <w:r>
              <w:rPr>
                <w:b/>
                <w:sz w:val="16"/>
              </w:rPr>
              <w:t>Periodo di esecuzione</w:t>
            </w:r>
          </w:p>
        </w:tc>
        <w:tc>
          <w:tcPr>
            <w:tcW w:type="dxa" w:w="2017"/>
            <w:shd w:fill="D9EAF7"/>
          </w:tcPr>
          <w:p>
            <w:r>
              <w:rPr>
                <w:b/>
                <w:sz w:val="16"/>
              </w:rPr>
              <w:t>Valore/importo (se disponibile)</w:t>
            </w:r>
          </w:p>
        </w:tc>
        <w:tc>
          <w:tcPr>
            <w:tcW w:type="dxa" w:w="2017"/>
            <w:shd w:fill="D9EAF7"/>
          </w:tcPr>
          <w:p>
            <w:r>
              <w:rPr>
                <w:b/>
                <w:sz w:val="16"/>
              </w:rPr>
              <w:t>Referente/documento di riscontro</w:t>
            </w:r>
          </w:p>
        </w:tc>
      </w:tr>
      <w:tr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  <w:tc>
          <w:tcPr>
            <w:tcW w:type="dxa" w:w="2017"/>
            <w:vAlign w:val="center"/>
          </w:tcPr>
          <w:p>
            <w:r>
              <w:br/>
              <w:br/>
            </w:r>
          </w:p>
        </w:tc>
      </w:tr>
    </w:tbl>
    <w:p>
      <w:r>
        <w:t>Il sottoscritto dichiara che le informazioni riportate sono veritiere e si impegna, su richiesta dell’Istituto, a fornire documentazione idonea a comprovarle.</w:t>
      </w:r>
    </w:p>
    <w:p>
      <w:pPr>
        <w:spacing w:after="60"/>
      </w:pPr>
      <w:r>
        <w:rPr>
          <w:b/>
        </w:rPr>
        <w:t xml:space="preserve">Luogo e data: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Nome e cognome del sottoscrittore: </w:t>
      </w:r>
      <w:r>
        <w:t>_________________________________________________________________</w:t>
      </w:r>
    </w:p>
    <w:p>
      <w:r>
        <w:rPr>
          <w:b/>
        </w:rPr>
        <w:t xml:space="preserve">Firma digitale del sottoscrittore: </w:t>
      </w:r>
      <w:r>
        <w:t>__________________________________</w:t>
      </w:r>
    </w:p>
    <w:p>
      <w:pPr>
        <w:pStyle w:val="Heading2"/>
      </w:pPr>
      <w:r>
        <w:t>PROMEMORIA PER L’OPERATORE ECONOMICO</w:t>
      </w:r>
    </w:p>
    <w:p>
      <w:pPr>
        <w:spacing w:after="40"/>
      </w:pPr>
      <w:r>
        <w:t>☐  Verificare la scadenza e le modalità di invio indicate nell’Avviso.</w:t>
      </w:r>
    </w:p>
    <w:p>
      <w:pPr>
        <w:spacing w:after="40"/>
      </w:pPr>
      <w:r>
        <w:t>☐  Compilare e sottoscrivere i modelli con firma del soggetto munito dei necessari poteri.</w:t>
      </w:r>
    </w:p>
    <w:p>
      <w:pPr>
        <w:spacing w:after="40"/>
      </w:pPr>
      <w:r>
        <w:t>☐  Non inserire prezzi, ribassi o canone offerto in questa fase.</w:t>
      </w:r>
    </w:p>
    <w:p>
      <w:pPr>
        <w:spacing w:after="40"/>
      </w:pPr>
      <w:r>
        <w:t>☐  Le dichiarazioni e i documenti definitivi saranno quelli richiesti dalla successiva lettera d’invito e dalla documentazione di gara.</w:t>
      </w:r>
    </w:p>
    <w:sectPr w:rsidR="00FC693F" w:rsidRPr="0006063C" w:rsidSect="00034616">
      <w:footerReference w:type="default" r:id="rId9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I.C. “Foscolo Gabelli” – Allegati alla manifestazione di interesse per distributori automatici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